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DC94C" w14:textId="77777777" w:rsidR="00DE72C1" w:rsidRDefault="00571310" w:rsidP="00736264">
      <w:pPr>
        <w:spacing w:after="0"/>
        <w:jc w:val="center"/>
        <w:rPr>
          <w:lang w:eastAsia="ja-JP"/>
        </w:rPr>
      </w:pPr>
      <w:r>
        <w:rPr>
          <w:b/>
          <w:sz w:val="34"/>
          <w:lang w:eastAsia="ja-JP"/>
        </w:rPr>
        <w:t>食のテストマーケティング支援事業</w:t>
      </w:r>
    </w:p>
    <w:p w14:paraId="006053D6" w14:textId="77777777" w:rsidR="00DE72C1" w:rsidRDefault="00571310" w:rsidP="00736264">
      <w:pPr>
        <w:spacing w:after="0"/>
        <w:jc w:val="center"/>
      </w:pPr>
      <w:r>
        <w:rPr>
          <w:b/>
          <w:sz w:val="30"/>
        </w:rPr>
        <w:t>参　加　申　込　書</w:t>
      </w:r>
    </w:p>
    <w:p w14:paraId="0A7CE986" w14:textId="77777777" w:rsidR="00DE72C1" w:rsidRDefault="00571310">
      <w:pPr>
        <w:jc w:val="right"/>
      </w:pPr>
      <w:r>
        <w:t>令和8年　　月　　日</w:t>
      </w:r>
    </w:p>
    <w:p w14:paraId="20308728" w14:textId="77777777" w:rsidR="00DE72C1" w:rsidRDefault="00571310">
      <w:pPr>
        <w:rPr>
          <w:lang w:eastAsia="ja-JP"/>
        </w:rPr>
      </w:pPr>
      <w:r>
        <w:rPr>
          <w:lang w:eastAsia="ja-JP"/>
        </w:rPr>
        <w:t>標記支援事業への参加を希望しますので、下記のとおり申し込みます。</w:t>
      </w:r>
    </w:p>
    <w:p w14:paraId="00BDDCA2" w14:textId="77777777" w:rsidR="00DE72C1" w:rsidRDefault="00571310">
      <w:r>
        <w:rPr>
          <w:b/>
          <w:sz w:val="24"/>
        </w:rPr>
        <w:t>1．申込者情報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2694"/>
        <w:gridCol w:w="7732"/>
      </w:tblGrid>
      <w:tr w:rsidR="00DE72C1" w14:paraId="65FDBDB5" w14:textId="77777777" w:rsidTr="00736264">
        <w:trPr>
          <w:jc w:val="center"/>
        </w:trPr>
        <w:tc>
          <w:tcPr>
            <w:tcW w:w="2694" w:type="dxa"/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C5D0D4" w14:textId="77777777" w:rsidR="00DE72C1" w:rsidRDefault="00571310">
            <w:r>
              <w:rPr>
                <w:b/>
              </w:rPr>
              <w:t>事業者名</w:t>
            </w:r>
          </w:p>
        </w:tc>
        <w:tc>
          <w:tcPr>
            <w:tcW w:w="77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E8FB4E" w14:textId="79A101E1" w:rsidR="00DE72C1" w:rsidRDefault="00DE72C1" w:rsidP="000D458D">
            <w:pPr>
              <w:jc w:val="both"/>
            </w:pPr>
          </w:p>
        </w:tc>
      </w:tr>
      <w:tr w:rsidR="00DE72C1" w14:paraId="1949C0CE" w14:textId="77777777" w:rsidTr="00736264">
        <w:trPr>
          <w:jc w:val="center"/>
        </w:trPr>
        <w:tc>
          <w:tcPr>
            <w:tcW w:w="2694" w:type="dxa"/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63AD28" w14:textId="77777777" w:rsidR="00DE72C1" w:rsidRDefault="00571310">
            <w:r>
              <w:rPr>
                <w:b/>
              </w:rPr>
              <w:t>所在地</w:t>
            </w:r>
          </w:p>
        </w:tc>
        <w:tc>
          <w:tcPr>
            <w:tcW w:w="77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D6C726" w14:textId="77777777" w:rsidR="00DE72C1" w:rsidRDefault="00571310" w:rsidP="000D458D">
            <w:pPr>
              <w:jc w:val="both"/>
            </w:pPr>
            <w:r>
              <w:t>〒</w:t>
            </w:r>
          </w:p>
          <w:p w14:paraId="54F6C0A8" w14:textId="6F0DA744" w:rsidR="0064796C" w:rsidRDefault="0064796C" w:rsidP="000D458D">
            <w:pPr>
              <w:jc w:val="both"/>
            </w:pPr>
          </w:p>
        </w:tc>
      </w:tr>
      <w:tr w:rsidR="000D458D" w14:paraId="182D4168" w14:textId="77777777" w:rsidTr="00736264">
        <w:trPr>
          <w:jc w:val="center"/>
        </w:trPr>
        <w:tc>
          <w:tcPr>
            <w:tcW w:w="2694" w:type="dxa"/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0F3EF2" w14:textId="77777777" w:rsidR="000D458D" w:rsidRDefault="000D458D" w:rsidP="000D458D">
            <w:r>
              <w:rPr>
                <w:b/>
              </w:rPr>
              <w:t>担当者氏名</w:t>
            </w:r>
          </w:p>
        </w:tc>
        <w:tc>
          <w:tcPr>
            <w:tcW w:w="77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EE89E7" w14:textId="443F178C" w:rsidR="000D458D" w:rsidRDefault="000D458D" w:rsidP="000D458D">
            <w:pPr>
              <w:jc w:val="both"/>
            </w:pPr>
          </w:p>
        </w:tc>
      </w:tr>
      <w:tr w:rsidR="000D458D" w14:paraId="1EE867F7" w14:textId="77777777" w:rsidTr="00736264">
        <w:trPr>
          <w:jc w:val="center"/>
        </w:trPr>
        <w:tc>
          <w:tcPr>
            <w:tcW w:w="2694" w:type="dxa"/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32E822" w14:textId="77777777" w:rsidR="000D458D" w:rsidRDefault="000D458D" w:rsidP="000D458D">
            <w:r>
              <w:rPr>
                <w:b/>
              </w:rPr>
              <w:t>電話番号</w:t>
            </w:r>
          </w:p>
        </w:tc>
        <w:tc>
          <w:tcPr>
            <w:tcW w:w="77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00206B" w14:textId="2E2320EF" w:rsidR="000D458D" w:rsidRDefault="000D458D" w:rsidP="000D458D">
            <w:pPr>
              <w:jc w:val="both"/>
            </w:pPr>
          </w:p>
        </w:tc>
      </w:tr>
      <w:tr w:rsidR="000D458D" w14:paraId="416C20C4" w14:textId="77777777" w:rsidTr="00736264">
        <w:trPr>
          <w:jc w:val="center"/>
        </w:trPr>
        <w:tc>
          <w:tcPr>
            <w:tcW w:w="2694" w:type="dxa"/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E91FF5" w14:textId="77777777" w:rsidR="000D458D" w:rsidRDefault="000D458D" w:rsidP="000D458D">
            <w:r>
              <w:rPr>
                <w:b/>
              </w:rPr>
              <w:t>E-mail</w:t>
            </w:r>
          </w:p>
        </w:tc>
        <w:tc>
          <w:tcPr>
            <w:tcW w:w="77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7BE0CF" w14:textId="05657C61" w:rsidR="000D458D" w:rsidRDefault="000D458D" w:rsidP="000D458D">
            <w:pPr>
              <w:jc w:val="both"/>
            </w:pPr>
          </w:p>
        </w:tc>
      </w:tr>
    </w:tbl>
    <w:p w14:paraId="6C31E88D" w14:textId="77777777" w:rsidR="00DE72C1" w:rsidRDefault="00DE72C1"/>
    <w:p w14:paraId="51B351E6" w14:textId="77777777" w:rsidR="00DE72C1" w:rsidRDefault="00571310">
      <w:r>
        <w:rPr>
          <w:b/>
          <w:sz w:val="24"/>
        </w:rPr>
        <w:t>2．対象商品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2694"/>
        <w:gridCol w:w="7732"/>
      </w:tblGrid>
      <w:tr w:rsidR="000D458D" w14:paraId="7C8E7CF3" w14:textId="77777777" w:rsidTr="00813319">
        <w:trPr>
          <w:jc w:val="center"/>
        </w:trPr>
        <w:tc>
          <w:tcPr>
            <w:tcW w:w="2694" w:type="dxa"/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59B4F3" w14:textId="77777777" w:rsidR="000D458D" w:rsidRDefault="000D458D" w:rsidP="000D458D">
            <w:r>
              <w:rPr>
                <w:b/>
              </w:rPr>
              <w:t>商品名</w:t>
            </w:r>
          </w:p>
        </w:tc>
        <w:tc>
          <w:tcPr>
            <w:tcW w:w="77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7FCAA8" w14:textId="0B02C849" w:rsidR="000D458D" w:rsidRDefault="000D458D" w:rsidP="000D458D"/>
        </w:tc>
      </w:tr>
      <w:tr w:rsidR="00DE72C1" w14:paraId="4CDDC00F" w14:textId="77777777" w:rsidTr="00736264">
        <w:trPr>
          <w:jc w:val="center"/>
        </w:trPr>
        <w:tc>
          <w:tcPr>
            <w:tcW w:w="2694" w:type="dxa"/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5C621A" w14:textId="77777777" w:rsidR="00DE72C1" w:rsidRDefault="00571310">
            <w:r>
              <w:rPr>
                <w:b/>
              </w:rPr>
              <w:t>商品区分</w:t>
            </w:r>
          </w:p>
        </w:tc>
        <w:tc>
          <w:tcPr>
            <w:tcW w:w="773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2C419B" w14:textId="77777777" w:rsidR="00DE72C1" w:rsidRDefault="00571310">
            <w:r>
              <w:t>□ 加工食品　　□ 菓子　　□ 飲料</w:t>
            </w:r>
          </w:p>
        </w:tc>
      </w:tr>
      <w:tr w:rsidR="00736264" w14:paraId="4BD8308B" w14:textId="77777777" w:rsidTr="00736264">
        <w:trPr>
          <w:jc w:val="center"/>
        </w:trPr>
        <w:tc>
          <w:tcPr>
            <w:tcW w:w="2694" w:type="dxa"/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93CE20" w14:textId="51996435" w:rsidR="00736264" w:rsidRDefault="00736264">
            <w:pPr>
              <w:rPr>
                <w:b/>
              </w:rPr>
            </w:pPr>
            <w:r>
              <w:rPr>
                <w:rFonts w:hint="eastAsia"/>
                <w:b/>
                <w:lang w:eastAsia="ja-JP"/>
              </w:rPr>
              <w:t>商品写真</w:t>
            </w:r>
          </w:p>
        </w:tc>
        <w:tc>
          <w:tcPr>
            <w:tcW w:w="773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576C08" w14:textId="59308C50" w:rsidR="00736264" w:rsidRDefault="0064796C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※</w:t>
            </w:r>
            <w:r w:rsidR="00B842A4">
              <w:rPr>
                <w:rFonts w:hint="eastAsia"/>
                <w:lang w:eastAsia="ja-JP"/>
              </w:rPr>
              <w:t>別途</w:t>
            </w:r>
            <w:r w:rsidR="00F5092E">
              <w:rPr>
                <w:rFonts w:hint="eastAsia"/>
                <w:lang w:eastAsia="ja-JP"/>
              </w:rPr>
              <w:t>画像データを送付</w:t>
            </w:r>
            <w:r w:rsidR="00B842A4">
              <w:rPr>
                <w:rFonts w:hint="eastAsia"/>
                <w:lang w:eastAsia="ja-JP"/>
              </w:rPr>
              <w:t>してください</w:t>
            </w:r>
          </w:p>
        </w:tc>
      </w:tr>
      <w:tr w:rsidR="00DE72C1" w14:paraId="4BA1030A" w14:textId="77777777" w:rsidTr="00736264">
        <w:trPr>
          <w:jc w:val="center"/>
        </w:trPr>
        <w:tc>
          <w:tcPr>
            <w:tcW w:w="2694" w:type="dxa"/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1DE234" w14:textId="3C17874F" w:rsidR="00DE72C1" w:rsidRDefault="00571310">
            <w:r>
              <w:rPr>
                <w:b/>
              </w:rPr>
              <w:t>販売</w:t>
            </w:r>
            <w:r w:rsidR="00B842A4">
              <w:rPr>
                <w:rFonts w:hint="eastAsia"/>
                <w:b/>
                <w:lang w:eastAsia="ja-JP"/>
              </w:rPr>
              <w:t>希望</w:t>
            </w:r>
            <w:r>
              <w:rPr>
                <w:b/>
              </w:rPr>
              <w:t>価格（税込）</w:t>
            </w:r>
          </w:p>
        </w:tc>
        <w:tc>
          <w:tcPr>
            <w:tcW w:w="773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7BCE29" w14:textId="77777777" w:rsidR="00DE72C1" w:rsidRDefault="00571310">
            <w:r>
              <w:t xml:space="preserve">　　　　　　　　　　　円</w:t>
            </w:r>
          </w:p>
        </w:tc>
      </w:tr>
      <w:tr w:rsidR="000D458D" w14:paraId="01F84A7A" w14:textId="77777777" w:rsidTr="007831BA">
        <w:trPr>
          <w:jc w:val="center"/>
        </w:trPr>
        <w:tc>
          <w:tcPr>
            <w:tcW w:w="2694" w:type="dxa"/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FE721E" w14:textId="77777777" w:rsidR="000D458D" w:rsidRDefault="000D458D" w:rsidP="000D458D">
            <w:r>
              <w:rPr>
                <w:b/>
              </w:rPr>
              <w:t>内容量・規格</w:t>
            </w:r>
          </w:p>
        </w:tc>
        <w:tc>
          <w:tcPr>
            <w:tcW w:w="77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6CE0C9" w14:textId="7A6AE6A8" w:rsidR="000D458D" w:rsidRDefault="000D458D" w:rsidP="000D458D"/>
        </w:tc>
      </w:tr>
      <w:tr w:rsidR="00DE72C1" w14:paraId="448C4611" w14:textId="77777777" w:rsidTr="00736264">
        <w:trPr>
          <w:jc w:val="center"/>
        </w:trPr>
        <w:tc>
          <w:tcPr>
            <w:tcW w:w="2694" w:type="dxa"/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264FC1" w14:textId="77777777" w:rsidR="00DE72C1" w:rsidRDefault="00571310">
            <w:r>
              <w:rPr>
                <w:b/>
              </w:rPr>
              <w:t>賞味期限</w:t>
            </w:r>
          </w:p>
        </w:tc>
        <w:tc>
          <w:tcPr>
            <w:tcW w:w="773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CE9739" w14:textId="3683AFC1" w:rsidR="00DE72C1" w:rsidRDefault="00571310">
            <w:r>
              <w:t xml:space="preserve">　　　　　　　　　　　日</w:t>
            </w:r>
          </w:p>
        </w:tc>
      </w:tr>
      <w:tr w:rsidR="00DE72C1" w14:paraId="4DE31AFA" w14:textId="77777777" w:rsidTr="00736264">
        <w:trPr>
          <w:jc w:val="center"/>
        </w:trPr>
        <w:tc>
          <w:tcPr>
            <w:tcW w:w="2694" w:type="dxa"/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68C447" w14:textId="77777777" w:rsidR="00DE72C1" w:rsidRDefault="00571310">
            <w:r>
              <w:rPr>
                <w:b/>
              </w:rPr>
              <w:t>販売状況</w:t>
            </w:r>
          </w:p>
        </w:tc>
        <w:tc>
          <w:tcPr>
            <w:tcW w:w="773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3ECA48" w14:textId="77777777" w:rsidR="00DE72C1" w:rsidRDefault="00571310">
            <w:pPr>
              <w:rPr>
                <w:lang w:eastAsia="ja-JP"/>
              </w:rPr>
            </w:pPr>
            <w:r>
              <w:rPr>
                <w:lang w:eastAsia="ja-JP"/>
              </w:rPr>
              <w:t>□ 販売中　　□ 販売前の新商品</w:t>
            </w:r>
          </w:p>
        </w:tc>
      </w:tr>
      <w:tr w:rsidR="00023454" w14:paraId="0BBA6D7D" w14:textId="77777777" w:rsidTr="00736264">
        <w:trPr>
          <w:jc w:val="center"/>
        </w:trPr>
        <w:tc>
          <w:tcPr>
            <w:tcW w:w="2694" w:type="dxa"/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55997B" w14:textId="6475038B" w:rsidR="00023454" w:rsidRDefault="005F717C">
            <w:pPr>
              <w:rPr>
                <w:b/>
              </w:rPr>
            </w:pPr>
            <w:r>
              <w:rPr>
                <w:rFonts w:hint="eastAsia"/>
                <w:b/>
                <w:lang w:eastAsia="ja-JP"/>
              </w:rPr>
              <w:t>商品の</w:t>
            </w:r>
            <w:r w:rsidR="00023454">
              <w:rPr>
                <w:rFonts w:hint="eastAsia"/>
                <w:b/>
                <w:lang w:eastAsia="ja-JP"/>
              </w:rPr>
              <w:t>ターゲット層</w:t>
            </w:r>
          </w:p>
        </w:tc>
        <w:tc>
          <w:tcPr>
            <w:tcW w:w="773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3FAFB6" w14:textId="0B21CC22" w:rsidR="00023454" w:rsidRDefault="00023454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例：30代女性主婦，50代男性会社員　等</w:t>
            </w:r>
          </w:p>
          <w:p w14:paraId="26EDCC11" w14:textId="76F9625E" w:rsidR="00023454" w:rsidRDefault="00023454">
            <w:pPr>
              <w:rPr>
                <w:rFonts w:hint="eastAsia"/>
                <w:lang w:eastAsia="ja-JP"/>
              </w:rPr>
            </w:pPr>
          </w:p>
        </w:tc>
      </w:tr>
      <w:tr w:rsidR="00023454" w14:paraId="15C5A659" w14:textId="77777777" w:rsidTr="00736264">
        <w:trPr>
          <w:jc w:val="center"/>
        </w:trPr>
        <w:tc>
          <w:tcPr>
            <w:tcW w:w="2694" w:type="dxa"/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030E1F" w14:textId="5B24A1FE" w:rsidR="00023454" w:rsidRDefault="005F717C">
            <w:pPr>
              <w:rPr>
                <w:b/>
              </w:rPr>
            </w:pPr>
            <w:r>
              <w:rPr>
                <w:rFonts w:hint="eastAsia"/>
                <w:b/>
                <w:lang w:eastAsia="ja-JP"/>
              </w:rPr>
              <w:t>想定している</w:t>
            </w:r>
            <w:r w:rsidR="00023454">
              <w:rPr>
                <w:rFonts w:hint="eastAsia"/>
                <w:b/>
                <w:lang w:eastAsia="ja-JP"/>
              </w:rPr>
              <w:t>利用シーン</w:t>
            </w:r>
          </w:p>
        </w:tc>
        <w:tc>
          <w:tcPr>
            <w:tcW w:w="773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E890F0" w14:textId="6704D022" w:rsidR="00023454" w:rsidRDefault="00023454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例：職場</w:t>
            </w:r>
            <w:r w:rsidR="005F717C">
              <w:rPr>
                <w:rFonts w:hint="eastAsia"/>
                <w:lang w:eastAsia="ja-JP"/>
              </w:rPr>
              <w:t>へ</w:t>
            </w:r>
            <w:r>
              <w:rPr>
                <w:rFonts w:hint="eastAsia"/>
                <w:lang w:eastAsia="ja-JP"/>
              </w:rPr>
              <w:t>のお土産，</w:t>
            </w:r>
            <w:r w:rsidR="005F717C">
              <w:rPr>
                <w:rFonts w:hint="eastAsia"/>
                <w:lang w:eastAsia="ja-JP"/>
              </w:rPr>
              <w:t>食卓の</w:t>
            </w:r>
            <w:r>
              <w:rPr>
                <w:rFonts w:hint="eastAsia"/>
                <w:lang w:eastAsia="ja-JP"/>
              </w:rPr>
              <w:t>おかず，お酒のおつまみ　等</w:t>
            </w:r>
          </w:p>
          <w:p w14:paraId="48418CDC" w14:textId="7DDCB3BF" w:rsidR="00023454" w:rsidRDefault="00023454">
            <w:pPr>
              <w:rPr>
                <w:rFonts w:hint="eastAsia"/>
                <w:lang w:eastAsia="ja-JP"/>
              </w:rPr>
            </w:pPr>
          </w:p>
        </w:tc>
      </w:tr>
    </w:tbl>
    <w:p w14:paraId="1C8EB51A" w14:textId="77777777" w:rsidR="00DE72C1" w:rsidRDefault="00DE72C1">
      <w:pPr>
        <w:rPr>
          <w:lang w:eastAsia="ja-JP"/>
        </w:rPr>
      </w:pPr>
    </w:p>
    <w:p w14:paraId="2D94FECE" w14:textId="77777777" w:rsidR="00023454" w:rsidRDefault="00023454">
      <w:pPr>
        <w:rPr>
          <w:b/>
          <w:sz w:val="24"/>
          <w:lang w:eastAsia="ja-JP"/>
        </w:rPr>
      </w:pPr>
      <w:r>
        <w:rPr>
          <w:b/>
          <w:sz w:val="24"/>
          <w:lang w:eastAsia="ja-JP"/>
        </w:rPr>
        <w:br w:type="page"/>
      </w:r>
    </w:p>
    <w:p w14:paraId="29C6567A" w14:textId="5A8B5050" w:rsidR="00DE72C1" w:rsidRDefault="00571310">
      <w:pPr>
        <w:rPr>
          <w:lang w:eastAsia="ja-JP"/>
        </w:rPr>
      </w:pPr>
      <w:r>
        <w:rPr>
          <w:b/>
          <w:sz w:val="24"/>
          <w:lang w:eastAsia="ja-JP"/>
        </w:rPr>
        <w:t>3．アンケート調査について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7591"/>
      </w:tblGrid>
      <w:tr w:rsidR="00DE72C1" w14:paraId="294FA06B" w14:textId="77777777" w:rsidTr="00F67CCA">
        <w:trPr>
          <w:jc w:val="center"/>
        </w:trPr>
        <w:tc>
          <w:tcPr>
            <w:tcW w:w="2835" w:type="dxa"/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25661F" w14:textId="441C2FD6" w:rsidR="00541D23" w:rsidRPr="00541D23" w:rsidRDefault="00571310">
            <w:pPr>
              <w:rPr>
                <w:b/>
                <w:lang w:eastAsia="ja-JP"/>
              </w:rPr>
            </w:pPr>
            <w:r>
              <w:rPr>
                <w:b/>
                <w:lang w:eastAsia="ja-JP"/>
              </w:rPr>
              <w:t>希望する調査日</w:t>
            </w:r>
            <w:r w:rsidR="00B842A4">
              <w:rPr>
                <w:rFonts w:hint="eastAsia"/>
                <w:b/>
                <w:lang w:eastAsia="ja-JP"/>
              </w:rPr>
              <w:t>(</w:t>
            </w:r>
            <w:r w:rsidR="00B842A4">
              <w:rPr>
                <w:rFonts w:hint="eastAsia"/>
                <w:lang w:eastAsia="ja-JP"/>
              </w:rPr>
              <w:t>複数回答可)</w:t>
            </w:r>
          </w:p>
        </w:tc>
        <w:tc>
          <w:tcPr>
            <w:tcW w:w="759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CB963D" w14:textId="086409AD" w:rsidR="00541D23" w:rsidRDefault="0064796C">
            <w:r>
              <w:rPr>
                <w:rFonts w:hint="eastAsia"/>
                <w:lang w:eastAsia="ja-JP"/>
              </w:rPr>
              <w:t>□11/2（月）　□11/4（水）　□11/13（金）　□11/16（月）　□11/24（火）</w:t>
            </w:r>
          </w:p>
        </w:tc>
      </w:tr>
      <w:tr w:rsidR="00B842A4" w14:paraId="7934D6EB" w14:textId="77777777" w:rsidTr="00F67CCA">
        <w:trPr>
          <w:jc w:val="center"/>
        </w:trPr>
        <w:tc>
          <w:tcPr>
            <w:tcW w:w="2835" w:type="dxa"/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6225FF" w14:textId="13F5AFBF" w:rsidR="00B842A4" w:rsidRDefault="00CC42AE">
            <w:pPr>
              <w:rPr>
                <w:b/>
                <w:lang w:eastAsia="ja-JP"/>
              </w:rPr>
            </w:pPr>
            <w:r>
              <w:rPr>
                <w:rFonts w:hint="eastAsia"/>
                <w:b/>
                <w:lang w:eastAsia="ja-JP"/>
              </w:rPr>
              <w:t>試飲試食提供方法</w:t>
            </w:r>
          </w:p>
        </w:tc>
        <w:tc>
          <w:tcPr>
            <w:tcW w:w="759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401935" w14:textId="7789EDB7" w:rsidR="00B842A4" w:rsidRDefault="00CC42AE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例：クッキー</w:t>
            </w:r>
            <w:r w:rsidR="00437167">
              <w:rPr>
                <w:rFonts w:hint="eastAsia"/>
                <w:lang w:eastAsia="ja-JP"/>
              </w:rPr>
              <w:t>を</w:t>
            </w:r>
            <w:r>
              <w:rPr>
                <w:rFonts w:hint="eastAsia"/>
                <w:lang w:eastAsia="ja-JP"/>
              </w:rPr>
              <w:t>そのまま提供，だし</w:t>
            </w:r>
            <w:r w:rsidR="00437167">
              <w:rPr>
                <w:rFonts w:hint="eastAsia"/>
                <w:lang w:eastAsia="ja-JP"/>
              </w:rPr>
              <w:t>に</w:t>
            </w:r>
            <w:r>
              <w:rPr>
                <w:rFonts w:hint="eastAsia"/>
                <w:lang w:eastAsia="ja-JP"/>
              </w:rPr>
              <w:t>お湯を注いで提供</w:t>
            </w:r>
            <w:r w:rsidR="00437167">
              <w:rPr>
                <w:rFonts w:hint="eastAsia"/>
                <w:lang w:eastAsia="ja-JP"/>
              </w:rPr>
              <w:t xml:space="preserve">　等</w:t>
            </w:r>
          </w:p>
          <w:p w14:paraId="7858940E" w14:textId="67966225" w:rsidR="00CC42AE" w:rsidRDefault="00CC42AE">
            <w:pPr>
              <w:rPr>
                <w:lang w:eastAsia="ja-JP"/>
              </w:rPr>
            </w:pPr>
          </w:p>
        </w:tc>
      </w:tr>
    </w:tbl>
    <w:p w14:paraId="6EC9DEE4" w14:textId="22F422E5" w:rsidR="00DE72C1" w:rsidRDefault="00736264" w:rsidP="00736264">
      <w:pPr>
        <w:spacing w:after="0"/>
        <w:rPr>
          <w:lang w:eastAsia="ja-JP"/>
        </w:rPr>
      </w:pPr>
      <w:r>
        <w:rPr>
          <w:rFonts w:hint="eastAsia"/>
          <w:lang w:eastAsia="ja-JP"/>
        </w:rPr>
        <w:t>※</w:t>
      </w:r>
      <w:r w:rsidR="00541D23">
        <w:rPr>
          <w:rFonts w:hint="eastAsia"/>
          <w:lang w:eastAsia="ja-JP"/>
        </w:rPr>
        <w:t>希望いただいた日程のいずれかで調整します</w:t>
      </w:r>
    </w:p>
    <w:p w14:paraId="0A5FADD7" w14:textId="7080D01E" w:rsidR="00736264" w:rsidRDefault="00736264" w:rsidP="00023454">
      <w:pPr>
        <w:spacing w:afterLines="50" w:after="120"/>
        <w:rPr>
          <w:lang w:eastAsia="ja-JP"/>
        </w:rPr>
      </w:pPr>
      <w:r>
        <w:rPr>
          <w:rFonts w:hint="eastAsia"/>
          <w:lang w:eastAsia="ja-JP"/>
        </w:rPr>
        <w:t>※</w:t>
      </w:r>
      <w:r w:rsidRPr="00736264">
        <w:rPr>
          <w:lang w:eastAsia="ja-JP"/>
        </w:rPr>
        <w:t>1商品あたり約100名分</w:t>
      </w:r>
      <w:r w:rsidR="00541D23">
        <w:rPr>
          <w:rFonts w:hint="eastAsia"/>
          <w:lang w:eastAsia="ja-JP"/>
        </w:rPr>
        <w:t>を回収することとし，1日～2日間で実施</w:t>
      </w:r>
    </w:p>
    <w:p w14:paraId="5178CF9B" w14:textId="77777777" w:rsidR="00DE72C1" w:rsidRDefault="00571310">
      <w:pPr>
        <w:rPr>
          <w:lang w:eastAsia="ja-JP"/>
        </w:rPr>
      </w:pPr>
      <w:r>
        <w:rPr>
          <w:b/>
          <w:sz w:val="24"/>
          <w:lang w:eastAsia="ja-JP"/>
        </w:rPr>
        <w:lastRenderedPageBreak/>
        <w:t>4．商品・事業者に関する確認事項</w:t>
      </w:r>
    </w:p>
    <w:p w14:paraId="22C1540A" w14:textId="77777777" w:rsidR="00DE72C1" w:rsidRDefault="00571310">
      <w:pPr>
        <w:spacing w:after="20"/>
        <w:rPr>
          <w:lang w:eastAsia="ja-JP"/>
        </w:rPr>
      </w:pPr>
      <w:r>
        <w:rPr>
          <w:lang w:eastAsia="ja-JP"/>
        </w:rPr>
        <w:t>□ 市内食関連事業者である。</w:t>
      </w:r>
    </w:p>
    <w:p w14:paraId="6DC1B83B" w14:textId="77777777" w:rsidR="00DE72C1" w:rsidRDefault="00571310">
      <w:pPr>
        <w:spacing w:after="20"/>
        <w:rPr>
          <w:lang w:eastAsia="ja-JP"/>
        </w:rPr>
      </w:pPr>
      <w:r>
        <w:rPr>
          <w:lang w:eastAsia="ja-JP"/>
        </w:rPr>
        <w:t>□ 販売期間中に試飲試食およびアンケート調査を実施できる。</w:t>
      </w:r>
    </w:p>
    <w:p w14:paraId="3BC59CE8" w14:textId="4A722DAB" w:rsidR="00DE72C1" w:rsidRDefault="00571310">
      <w:pPr>
        <w:spacing w:after="20"/>
        <w:rPr>
          <w:lang w:eastAsia="ja-JP"/>
        </w:rPr>
      </w:pPr>
      <w:r>
        <w:rPr>
          <w:lang w:eastAsia="ja-JP"/>
        </w:rPr>
        <w:t>□ 試飲試食に要するサンプル費用</w:t>
      </w:r>
      <w:r w:rsidR="00B842A4" w:rsidRPr="00B842A4">
        <w:rPr>
          <w:rFonts w:hint="eastAsia"/>
          <w:lang w:eastAsia="ja-JP"/>
        </w:rPr>
        <w:t>および専門家用のサンプル代</w:t>
      </w:r>
      <w:r>
        <w:rPr>
          <w:lang w:eastAsia="ja-JP"/>
        </w:rPr>
        <w:t>を事業者負担とすることを了承する。</w:t>
      </w:r>
    </w:p>
    <w:p w14:paraId="2721324B" w14:textId="77777777" w:rsidR="00DE72C1" w:rsidRDefault="00571310">
      <w:pPr>
        <w:spacing w:after="20"/>
        <w:rPr>
          <w:lang w:eastAsia="ja-JP"/>
        </w:rPr>
      </w:pPr>
      <w:r>
        <w:rPr>
          <w:lang w:eastAsia="ja-JP"/>
        </w:rPr>
        <w:t>□ アンケート調査に係る人員を事業者で手配することを了承する。</w:t>
      </w:r>
    </w:p>
    <w:p w14:paraId="3F93420F" w14:textId="5BCDD10C" w:rsidR="00DE72C1" w:rsidRDefault="00571310">
      <w:pPr>
        <w:spacing w:after="20"/>
        <w:rPr>
          <w:lang w:eastAsia="ja-JP"/>
        </w:rPr>
      </w:pPr>
      <w:r>
        <w:rPr>
          <w:lang w:eastAsia="ja-JP"/>
        </w:rPr>
        <w:t>□ 商品は常温保存である。</w:t>
      </w:r>
    </w:p>
    <w:p w14:paraId="01D9B37F" w14:textId="00D3D8AA" w:rsidR="0064796C" w:rsidRDefault="0064796C">
      <w:pPr>
        <w:spacing w:after="20"/>
        <w:rPr>
          <w:lang w:eastAsia="ja-JP"/>
        </w:rPr>
      </w:pPr>
      <w:r>
        <w:rPr>
          <w:rFonts w:hint="eastAsia"/>
          <w:lang w:eastAsia="ja-JP"/>
        </w:rPr>
        <w:t>□商品の賞味期限は</w:t>
      </w:r>
      <w:r w:rsidR="00B842A4">
        <w:rPr>
          <w:rFonts w:hint="eastAsia"/>
          <w:lang w:eastAsia="ja-JP"/>
        </w:rPr>
        <w:t>30</w:t>
      </w:r>
      <w:r>
        <w:rPr>
          <w:rFonts w:hint="eastAsia"/>
          <w:lang w:eastAsia="ja-JP"/>
        </w:rPr>
        <w:t>日以上である。</w:t>
      </w:r>
    </w:p>
    <w:p w14:paraId="7E070863" w14:textId="5CCAD7B7" w:rsidR="0064796C" w:rsidRPr="0064796C" w:rsidRDefault="0064796C">
      <w:pPr>
        <w:spacing w:after="20"/>
        <w:rPr>
          <w:lang w:eastAsia="ja-JP"/>
        </w:rPr>
      </w:pPr>
      <w:r>
        <w:rPr>
          <w:lang w:eastAsia="ja-JP"/>
        </w:rPr>
        <w:t>□ 商品として完成され、商品ラベル</w:t>
      </w:r>
      <w:r w:rsidR="00B842A4" w:rsidRPr="00DA7C0E">
        <w:rPr>
          <w:rFonts w:hint="eastAsia"/>
          <w:lang w:eastAsia="ja-JP"/>
        </w:rPr>
        <w:t>およびJANコード</w:t>
      </w:r>
      <w:r>
        <w:rPr>
          <w:lang w:eastAsia="ja-JP"/>
        </w:rPr>
        <w:t>がある。</w:t>
      </w:r>
    </w:p>
    <w:p w14:paraId="0F5A18FC" w14:textId="77777777" w:rsidR="00DE72C1" w:rsidRDefault="00571310">
      <w:pPr>
        <w:spacing w:after="20"/>
        <w:rPr>
          <w:lang w:eastAsia="ja-JP"/>
        </w:rPr>
      </w:pPr>
      <w:r>
        <w:rPr>
          <w:lang w:eastAsia="ja-JP"/>
        </w:rPr>
        <w:t>□ 調理を伴う食材・生鮮食品ではない。</w:t>
      </w:r>
    </w:p>
    <w:p w14:paraId="5AA73B74" w14:textId="77777777" w:rsidR="00DE72C1" w:rsidRDefault="00571310">
      <w:pPr>
        <w:rPr>
          <w:lang w:eastAsia="ja-JP"/>
        </w:rPr>
      </w:pPr>
      <w:r>
        <w:rPr>
          <w:i/>
          <w:lang w:eastAsia="ja-JP"/>
        </w:rPr>
        <w:t>※対象商品は、加工食品・菓子・飲料（アルコール不可）です。</w:t>
      </w:r>
    </w:p>
    <w:p w14:paraId="5CA0C427" w14:textId="77777777" w:rsidR="00DE72C1" w:rsidRDefault="00571310">
      <w:pPr>
        <w:rPr>
          <w:lang w:eastAsia="ja-JP"/>
        </w:rPr>
      </w:pPr>
      <w:r>
        <w:rPr>
          <w:i/>
          <w:lang w:eastAsia="ja-JP"/>
        </w:rPr>
        <w:t>※応募多数の場合は、（株）不二屋本店にて選定されます。</w:t>
      </w:r>
    </w:p>
    <w:p w14:paraId="62E61636" w14:textId="04DE263C" w:rsidR="00DE72C1" w:rsidRDefault="00571310">
      <w:pPr>
        <w:rPr>
          <w:rFonts w:hint="eastAsia"/>
          <w:lang w:eastAsia="ja-JP"/>
        </w:rPr>
      </w:pPr>
      <w:r>
        <w:rPr>
          <w:i/>
          <w:lang w:eastAsia="ja-JP"/>
        </w:rPr>
        <w:t>※参加費は無料ですが、試飲試食に要するサンプル</w:t>
      </w:r>
      <w:r w:rsidR="00B842A4">
        <w:rPr>
          <w:rFonts w:hint="eastAsia"/>
          <w:i/>
          <w:lang w:eastAsia="ja-JP"/>
        </w:rPr>
        <w:t>代</w:t>
      </w:r>
      <w:r>
        <w:rPr>
          <w:i/>
          <w:lang w:eastAsia="ja-JP"/>
        </w:rPr>
        <w:t>は自社負担となります。</w:t>
      </w:r>
    </w:p>
    <w:p w14:paraId="2FEEEEA2" w14:textId="77777777" w:rsidR="00DE72C1" w:rsidRDefault="00571310">
      <w:r>
        <w:rPr>
          <w:b/>
          <w:sz w:val="24"/>
        </w:rPr>
        <w:t>5．備考・商品PR等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10426"/>
      </w:tblGrid>
      <w:tr w:rsidR="00DE72C1" w14:paraId="137C63F1" w14:textId="77777777" w:rsidTr="00023454">
        <w:trPr>
          <w:trHeight w:val="1412"/>
        </w:trPr>
        <w:tc>
          <w:tcPr>
            <w:tcW w:w="104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AA71A" w14:textId="77777777" w:rsidR="00F67CCA" w:rsidRDefault="00F67CCA" w:rsidP="00F67CCA"/>
          <w:p w14:paraId="7FA804E8" w14:textId="77777777" w:rsidR="00023454" w:rsidRDefault="00023454" w:rsidP="00F67CCA"/>
          <w:p w14:paraId="556513BA" w14:textId="77777777" w:rsidR="00023454" w:rsidRDefault="00023454" w:rsidP="00F67CCA"/>
          <w:p w14:paraId="7C458E98" w14:textId="6BD13EDA" w:rsidR="00023454" w:rsidRDefault="00023454" w:rsidP="00F67CCA"/>
        </w:tc>
      </w:tr>
    </w:tbl>
    <w:p w14:paraId="2612DECE" w14:textId="4DBD9CBB" w:rsidR="00DE72C1" w:rsidRDefault="00DE72C1"/>
    <w:p w14:paraId="79590C83" w14:textId="0034EBE1" w:rsidR="008063A7" w:rsidRDefault="008063A7" w:rsidP="00023454">
      <w:pPr>
        <w:spacing w:after="0"/>
        <w:rPr>
          <w:lang w:eastAsia="ja-JP"/>
        </w:rPr>
      </w:pPr>
      <w:r>
        <w:rPr>
          <w:rFonts w:hint="eastAsia"/>
          <w:lang w:eastAsia="ja-JP"/>
        </w:rPr>
        <w:t>参加申込書および商品画像を、下記アドレスへ</w:t>
      </w:r>
      <w:r w:rsidRPr="00541D23">
        <w:rPr>
          <w:rFonts w:hint="eastAsia"/>
          <w:u w:val="single"/>
          <w:lang w:eastAsia="ja-JP"/>
        </w:rPr>
        <w:t>オンラインストレージ等でご提出ください。</w:t>
      </w:r>
    </w:p>
    <w:p w14:paraId="6C178421" w14:textId="072D8BCE" w:rsidR="00DE72C1" w:rsidRPr="000476D8" w:rsidRDefault="00571310" w:rsidP="00023454">
      <w:pPr>
        <w:spacing w:after="0"/>
        <w:rPr>
          <w:bCs/>
        </w:rPr>
      </w:pPr>
      <w:r w:rsidRPr="000476D8">
        <w:rPr>
          <w:bCs/>
        </w:rPr>
        <w:t>【申込期限】令和8年9月30日（水）17時</w:t>
      </w:r>
    </w:p>
    <w:p w14:paraId="0CC4CC9D" w14:textId="77777777" w:rsidR="00571310" w:rsidRDefault="000476D8" w:rsidP="00023454">
      <w:pPr>
        <w:spacing w:after="0"/>
        <w:rPr>
          <w:bCs/>
          <w:lang w:eastAsia="ja-JP"/>
        </w:rPr>
      </w:pPr>
      <w:r>
        <w:rPr>
          <w:rFonts w:hint="eastAsia"/>
          <w:bCs/>
          <w:lang w:eastAsia="ja-JP"/>
        </w:rPr>
        <w:t>【</w:t>
      </w:r>
      <w:r w:rsidR="000D458D">
        <w:rPr>
          <w:rFonts w:hint="eastAsia"/>
          <w:bCs/>
          <w:lang w:eastAsia="ja-JP"/>
        </w:rPr>
        <w:t>申し込み・</w:t>
      </w:r>
      <w:r w:rsidRPr="000476D8">
        <w:rPr>
          <w:bCs/>
          <w:lang w:eastAsia="ja-JP"/>
        </w:rPr>
        <w:t>問い合わせ</w:t>
      </w:r>
      <w:r w:rsidR="000D458D">
        <w:rPr>
          <w:rFonts w:hint="eastAsia"/>
          <w:bCs/>
          <w:lang w:eastAsia="ja-JP"/>
        </w:rPr>
        <w:t>先</w:t>
      </w:r>
      <w:r>
        <w:rPr>
          <w:rFonts w:hint="eastAsia"/>
          <w:bCs/>
          <w:lang w:eastAsia="ja-JP"/>
        </w:rPr>
        <w:t>】</w:t>
      </w:r>
    </w:p>
    <w:p w14:paraId="18D75248" w14:textId="77777777" w:rsidR="00571310" w:rsidRDefault="00571310" w:rsidP="00571310">
      <w:pPr>
        <w:spacing w:after="0"/>
        <w:ind w:firstLineChars="200" w:firstLine="400"/>
        <w:rPr>
          <w:bCs/>
          <w:lang w:eastAsia="ja-JP"/>
        </w:rPr>
      </w:pPr>
      <w:r w:rsidRPr="000476D8">
        <w:rPr>
          <w:bCs/>
          <w:lang w:eastAsia="ja-JP"/>
        </w:rPr>
        <w:t xml:space="preserve">函館市経済部食産業振興課　</w:t>
      </w:r>
    </w:p>
    <w:p w14:paraId="739231D3" w14:textId="77777777" w:rsidR="00571310" w:rsidRDefault="000D458D" w:rsidP="00571310">
      <w:pPr>
        <w:spacing w:after="0"/>
        <w:ind w:firstLineChars="200" w:firstLine="400"/>
        <w:rPr>
          <w:bCs/>
          <w:lang w:eastAsia="ja-JP"/>
        </w:rPr>
      </w:pPr>
      <w:r w:rsidRPr="000476D8">
        <w:rPr>
          <w:bCs/>
          <w:lang w:eastAsia="ja-JP"/>
        </w:rPr>
        <w:t xml:space="preserve">担当：種田・千葉　</w:t>
      </w:r>
    </w:p>
    <w:p w14:paraId="786F3D83" w14:textId="77777777" w:rsidR="00571310" w:rsidRDefault="000D458D" w:rsidP="00571310">
      <w:pPr>
        <w:spacing w:after="0"/>
        <w:ind w:firstLineChars="200" w:firstLine="400"/>
        <w:rPr>
          <w:bCs/>
          <w:lang w:eastAsia="ja-JP"/>
        </w:rPr>
      </w:pPr>
      <w:r>
        <w:rPr>
          <w:rFonts w:hint="eastAsia"/>
          <w:bCs/>
          <w:lang w:eastAsia="ja-JP"/>
        </w:rPr>
        <w:t>MAIL：</w:t>
      </w:r>
      <w:r w:rsidRPr="000476D8">
        <w:rPr>
          <w:bCs/>
        </w:rPr>
        <w:t>bussan@city.hakodate.hokkaido.jp</w:t>
      </w:r>
    </w:p>
    <w:p w14:paraId="3DC0C280" w14:textId="596D838B" w:rsidR="0064796C" w:rsidRPr="008063A7" w:rsidRDefault="00571310" w:rsidP="00023454">
      <w:pPr>
        <w:spacing w:after="0"/>
        <w:ind w:firstLineChars="200" w:firstLine="400"/>
        <w:rPr>
          <w:rFonts w:hint="eastAsia"/>
          <w:bCs/>
          <w:lang w:eastAsia="ja-JP"/>
        </w:rPr>
      </w:pPr>
      <w:r w:rsidRPr="000476D8">
        <w:rPr>
          <w:bCs/>
          <w:lang w:eastAsia="ja-JP"/>
        </w:rPr>
        <w:t>TEL</w:t>
      </w:r>
      <w:r w:rsidR="000476D8">
        <w:rPr>
          <w:rFonts w:hint="eastAsia"/>
          <w:bCs/>
          <w:lang w:eastAsia="ja-JP"/>
        </w:rPr>
        <w:t>：</w:t>
      </w:r>
      <w:r w:rsidRPr="000476D8">
        <w:rPr>
          <w:bCs/>
          <w:lang w:eastAsia="ja-JP"/>
        </w:rPr>
        <w:t xml:space="preserve"> 0138-21-3310</w:t>
      </w:r>
    </w:p>
    <w:sectPr w:rsidR="0064796C" w:rsidRPr="008063A7" w:rsidSect="00034616">
      <w:pgSz w:w="12240" w:h="15840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3454"/>
    <w:rsid w:val="00034616"/>
    <w:rsid w:val="000476D8"/>
    <w:rsid w:val="0006063C"/>
    <w:rsid w:val="000D458D"/>
    <w:rsid w:val="0015074B"/>
    <w:rsid w:val="0029639D"/>
    <w:rsid w:val="00326F90"/>
    <w:rsid w:val="00437167"/>
    <w:rsid w:val="00541D23"/>
    <w:rsid w:val="00571310"/>
    <w:rsid w:val="005F717C"/>
    <w:rsid w:val="0064796C"/>
    <w:rsid w:val="00736264"/>
    <w:rsid w:val="008063A7"/>
    <w:rsid w:val="00AA1D8D"/>
    <w:rsid w:val="00B47730"/>
    <w:rsid w:val="00B842A4"/>
    <w:rsid w:val="00BF295A"/>
    <w:rsid w:val="00CB0664"/>
    <w:rsid w:val="00CC42AE"/>
    <w:rsid w:val="00DE72C1"/>
    <w:rsid w:val="00F17893"/>
    <w:rsid w:val="00F5092E"/>
    <w:rsid w:val="00F67CC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D5BB0C"/>
  <w14:defaultImageDpi w14:val="300"/>
  <w15:docId w15:val="{7BAD6B04-BF03-48EA-97BD-D65B7D6A5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Yu Gothic" w:eastAsia="Yu Gothic" w:hAnsi="Yu Gothic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149</Words>
  <Characters>851</Characters>
  <Application>Microsoft Office Word</Application>
  <DocSecurity>0</DocSecurity>
  <Lines>7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種田　美穂</cp:lastModifiedBy>
  <cp:revision>11</cp:revision>
  <dcterms:created xsi:type="dcterms:W3CDTF">2013-12-23T23:15:00Z</dcterms:created>
  <dcterms:modified xsi:type="dcterms:W3CDTF">2026-09-01T04:45:00Z</dcterms:modified>
  <cp:category/>
</cp:coreProperties>
</file>